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 מכבד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אמנת השיח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אי-הסכמה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לבקר את הרעיון ולא לפגוע באדם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עובדה אפשר להוכיח עם מקור, דעה היא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להבין את הטיעון במלואו לפני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להשתמש בכינויים ולעג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חושב/ת אחרת, בוא נבדוק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מנוגד לכללי השיח המכבד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מותר שתהיה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מכללי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דעה שונה היא לגיטימית ולא בהכרח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עיקרון השיח הענייני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(זו טענה חלשה, לא ש"הוא טיפש")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קוטעים את מי שמדבר)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(דרך מנומסת להביע אי-הסכמה)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מכנים מישהו בשם גנאי)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מספרים לאחרים מה חבר אמר בדיון)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לדיון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למי שמדבר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מה רוצים להגיד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להתחיל במשפט כמו "אני חושב/ת ש..."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להתמקד ברעיון ולא לתקוף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אם יש מקור לעובדה שנאמרה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רגש אמיתי (עצב/כעס/תסכול) ומציע ניסוח מכבד חלופי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הכוללת ביטוי כמו 'אני חושב אחרת' בלי 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עובדה-מקור, דעה-אישית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חושב ש...'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בונה אמון ומעודד שיתוף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אמנת השיח יחד ולבקש מהתלמידים להוסיף כלל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הניסוח המכבד לפני דיון כיתתי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 לדיון על חדשות או פייק ניוז מהעמודים האחרים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 מכבד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כשמדברים על בחירות וחדשות, צריך לדעת לדבר יפה ובלי לפגוע.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בנימוס גם כשלא מסכימים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שאפשר להוכיח עם מקור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חושב, ומותר שתהיה 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אמנת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כללים שמסכימים עליה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עד הסוף לפני שעונים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להתלוצץ בצורה פוגעת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שממנו לקחו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דיון ענייני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על הרעיון ולא על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בביטוי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לבקר את הרעיון ולא לפגוע באדם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אנשים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להביע דעה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אפשר להוכיח עם מקור, דעה היא מחשבה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היא תמיד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להקשיב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להבין את הטיעון במלואו לפני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לשכוח מה נאמר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בכינויים ולעג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מנומס?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 טועה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חושב/ת אחרת, בוא נבדוק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טיפשי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מעניין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מי שחושב אחרת מאיתנו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להיות בעלי דעות שונות ועדיין לנהל 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שנאמר בכיתה בדיון יכול להישאר סודי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למישהו יש דעה שונה, סימן שהוא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להביע ביקורת על רעיון בלי לפגוע באדם שאמר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עובדה היא משהו שאפשר להוכיח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להגיד "אתה טועה" אפשר להגיד "אני __________ ש..."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חשוב בשיח מכבד הוא להקשיב עד ה__________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להשתמש בכינויים או ב__________ כלפי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שנאמר בכיתה __________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מדברים על רעיונות ולא על אנשים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מספרים לאחרים מה חבר אמר בדיון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מכנים מישהו בשם גנאי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חושב/ת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זו טענה חלשה, לא ש"הוא טיפש"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בלי כינויים או לעג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קוטעים את מי שמדבר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שנאמר בכיתה נשאר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דרך מנומסת להביע אי-הסכמה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במשפט כמו "אני חושב/ת ש..."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למי שמדבר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רוצים להגיד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מקור לעובדה שנאמרה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להתמקד ברעיון ולא לתקוף את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מישהו זלזל בדעה שלכם. איך הרגשתם, ומה הייתם רוצים שיגיד/תגיד במקום 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לדיון קצר בכיתה (2-3 משפטים) שבו שני תלמידים חולקים על דעה אבל שומרים על שיח מכבד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לניסוח מכבד של אי-הסכמה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שמה שנאמר בכיתה יישאר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שיח מכבד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