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שיח מכבד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אמנת השיח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אי-הסכמה בצורה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לבקר את הרעיון ולא לפגוע באדם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עובדה אפשר להוכיח עם מקור, דעה היא מחשבה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מנוגד לכללי השיח המכבד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דעה מותר שתהיה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כלל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(זו טענה חלשה, לא ש"הוא טיפש")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קוטעים את מי שמדבר)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(דרך מנומסת להביע אי-הסכמה)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(לא מכנים מישהו בשם גנאי)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לדיון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 למי שמדבר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מה רוצים להגיד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להתחיל במשפט כמו "אני חושב/ת ש..."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להתמקד ברעיון ולא לתקוף את האדם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מתאר רגש אמיתי (עצב/כעס/תסכול) ומציע ניסוח מכבד חלופי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עובדה-מקור, דעה-אישית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כמו 'אני חושב ש...'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בונה אמון ומעודד שיתוף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אמנת השיח יחד ולבקש מהתלמידים להוסיף כלל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את הניסוח המכבד לפני דיון כיתתי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התרגיל לדיון על חדשות או פייק ניוז מהעמודים האחרים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שיח מכבד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כשדנים בנושאים כמו בחירות וחדשות, חשוב לדעת איך לשוחח בלי לפגוע באף אחד. בדף הזה נתרגל את כללי השיח המכבד.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סוף  ·  מקור  ·  חושב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"לדבר על רעיונות ולא על אנשים"?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לבקר את הרעיון ולא לפגוע באדם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להתעלם מהרעיון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רק על אנשים מפורסמים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עובדה לדעה?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עובדה אפשר להוכיח עם מקור, דעה היא מחשבה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דעה תמיד נכונה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לצעוק על מי שחושב אחרת מאיתנו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להיות בעלי דעות שונות ועדיין לנהל שיח מכבד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עובדה היא משהו שאפשר להוכיח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במקום להגיד "אתה טועה" אפשר להגיד "אני __________ ש..."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כלל חשוב בשיח מכבד הוא להקשיב עד ה__________ לפני שעונים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כלל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מדברים על רעיונות ולא על אנשים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דרך מנומסת להביע אי-הסכמה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מקשיבים עד הסוף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מכנים מישהו בשם גנאי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אני חושב/ת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זו טענה חלשה, לא ש"הוא טיפש"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בלי כינויים או לעג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קוטעים את מי שמדבר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לדיון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להתמקד ברעיון ולא לתקוף את האדם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להתחיל במשפט כמו "אני חושב/ת ש..."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מה רוצים להגיד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להקשיב למי שמדבר עד הסוף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שבו מישהו זלזל בדעה שלכם. איך הרגשתם, ומה הייתם רוצים שיגיד/תגיד במקום זאת?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לניסוח מכבד של אי-הסכמה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שיח מכבד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